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371FA" w14:textId="77777777" w:rsidR="00950F93" w:rsidRDefault="00CB3AD0">
      <w:pPr>
        <w:jc w:val="center"/>
      </w:pPr>
      <w:r>
        <w:rPr>
          <w:b/>
          <w:sz w:val="32"/>
        </w:rPr>
        <w:t>CAEI AUDITION FORM</w:t>
      </w:r>
    </w:p>
    <w:p w14:paraId="457877E2" w14:textId="77777777" w:rsidR="00950F93" w:rsidRDefault="00CB3AD0">
      <w:pPr>
        <w:jc w:val="center"/>
      </w:pPr>
      <w:r>
        <w:rPr>
          <w:i/>
          <w:sz w:val="21"/>
        </w:rPr>
        <w:t>I Love To Dance Program</w:t>
      </w:r>
    </w:p>
    <w:p w14:paraId="399C00CE" w14:textId="77777777" w:rsidR="00950F93" w:rsidRDefault="00CB3AD0">
      <w:pPr>
        <w:spacing w:after="60"/>
      </w:pPr>
      <w:r>
        <w:rPr>
          <w:b/>
        </w:rPr>
        <w:t>Audition Number: ____________________</w:t>
      </w:r>
    </w:p>
    <w:p w14:paraId="30D7A14C" w14:textId="77777777" w:rsidR="00950F93" w:rsidRDefault="00CB3AD0">
      <w:pPr>
        <w:pBdr>
          <w:bottom w:val="single" w:sz="6" w:space="1" w:color="D9D9D9"/>
        </w:pBdr>
        <w:spacing w:before="80" w:after="40"/>
      </w:pPr>
      <w:r>
        <w:rPr>
          <w:b/>
          <w:sz w:val="21"/>
        </w:rPr>
        <w:t>PARTICIPANT INFORMATION</w:t>
      </w:r>
    </w:p>
    <w:tbl>
      <w:tblPr>
        <w:tblStyle w:val="TableGrid"/>
        <w:tblW w:w="0" w:type="auto"/>
        <w:jc w:val="center"/>
        <w:tblLook w:val="04A0" w:firstRow="1" w:lastRow="0" w:firstColumn="1" w:lastColumn="0" w:noHBand="0" w:noVBand="1"/>
      </w:tblPr>
      <w:tblGrid>
        <w:gridCol w:w="5184"/>
        <w:gridCol w:w="5184"/>
      </w:tblGrid>
      <w:tr w:rsidR="00950F93" w14:paraId="20403FB8" w14:textId="77777777">
        <w:trPr>
          <w:jc w:val="center"/>
        </w:trPr>
        <w:tc>
          <w:tcPr>
            <w:tcW w:w="5184" w:type="dxa"/>
            <w:shd w:val="clear" w:color="auto" w:fill="F2F2F2"/>
            <w:vAlign w:val="center"/>
          </w:tcPr>
          <w:p w14:paraId="5B53BEDE" w14:textId="77777777" w:rsidR="00950F93" w:rsidRDefault="00CB3AD0">
            <w:r>
              <w:rPr>
                <w:b/>
                <w:sz w:val="17"/>
              </w:rPr>
              <w:t>Dancer Name</w:t>
            </w:r>
          </w:p>
        </w:tc>
        <w:tc>
          <w:tcPr>
            <w:tcW w:w="5184" w:type="dxa"/>
            <w:vAlign w:val="center"/>
          </w:tcPr>
          <w:p w14:paraId="36CE37D2" w14:textId="77777777" w:rsidR="00950F93" w:rsidRDefault="00950F93"/>
        </w:tc>
      </w:tr>
      <w:tr w:rsidR="00950F93" w14:paraId="038770F4" w14:textId="77777777">
        <w:trPr>
          <w:jc w:val="center"/>
        </w:trPr>
        <w:tc>
          <w:tcPr>
            <w:tcW w:w="5184" w:type="dxa"/>
            <w:shd w:val="clear" w:color="auto" w:fill="F2F2F2"/>
            <w:vAlign w:val="center"/>
          </w:tcPr>
          <w:p w14:paraId="5BD933CF" w14:textId="77777777" w:rsidR="00950F93" w:rsidRDefault="00CB3AD0">
            <w:r>
              <w:rPr>
                <w:b/>
                <w:sz w:val="17"/>
              </w:rPr>
              <w:t>Parent or Guardian Name</w:t>
            </w:r>
          </w:p>
        </w:tc>
        <w:tc>
          <w:tcPr>
            <w:tcW w:w="5184" w:type="dxa"/>
            <w:vAlign w:val="center"/>
          </w:tcPr>
          <w:p w14:paraId="36A56E5B" w14:textId="77777777" w:rsidR="00950F93" w:rsidRDefault="00950F93"/>
        </w:tc>
      </w:tr>
      <w:tr w:rsidR="00950F93" w14:paraId="5F6804E5" w14:textId="77777777">
        <w:trPr>
          <w:jc w:val="center"/>
        </w:trPr>
        <w:tc>
          <w:tcPr>
            <w:tcW w:w="5184" w:type="dxa"/>
            <w:shd w:val="clear" w:color="auto" w:fill="F2F2F2"/>
            <w:vAlign w:val="center"/>
          </w:tcPr>
          <w:p w14:paraId="7E04F696" w14:textId="77777777" w:rsidR="00950F93" w:rsidRDefault="00CB3AD0">
            <w:r>
              <w:rPr>
                <w:b/>
                <w:sz w:val="17"/>
              </w:rPr>
              <w:t>Participant Phone</w:t>
            </w:r>
          </w:p>
        </w:tc>
        <w:tc>
          <w:tcPr>
            <w:tcW w:w="5184" w:type="dxa"/>
            <w:vAlign w:val="center"/>
          </w:tcPr>
          <w:p w14:paraId="1F74D04E" w14:textId="77777777" w:rsidR="00950F93" w:rsidRDefault="00950F93"/>
        </w:tc>
      </w:tr>
      <w:tr w:rsidR="00950F93" w14:paraId="0E16ECE6" w14:textId="77777777">
        <w:trPr>
          <w:jc w:val="center"/>
        </w:trPr>
        <w:tc>
          <w:tcPr>
            <w:tcW w:w="5184" w:type="dxa"/>
            <w:shd w:val="clear" w:color="auto" w:fill="F2F2F2"/>
            <w:vAlign w:val="center"/>
          </w:tcPr>
          <w:p w14:paraId="3490A6C0" w14:textId="77777777" w:rsidR="00950F93" w:rsidRDefault="00CB3AD0">
            <w:r>
              <w:rPr>
                <w:b/>
                <w:sz w:val="17"/>
              </w:rPr>
              <w:t>Parent Phone</w:t>
            </w:r>
          </w:p>
        </w:tc>
        <w:tc>
          <w:tcPr>
            <w:tcW w:w="5184" w:type="dxa"/>
            <w:vAlign w:val="center"/>
          </w:tcPr>
          <w:p w14:paraId="2C59DA42" w14:textId="77777777" w:rsidR="00950F93" w:rsidRDefault="00950F93"/>
        </w:tc>
      </w:tr>
      <w:tr w:rsidR="00950F93" w14:paraId="7C9DFAC5" w14:textId="77777777">
        <w:trPr>
          <w:jc w:val="center"/>
        </w:trPr>
        <w:tc>
          <w:tcPr>
            <w:tcW w:w="5184" w:type="dxa"/>
            <w:shd w:val="clear" w:color="auto" w:fill="F2F2F2"/>
            <w:vAlign w:val="center"/>
          </w:tcPr>
          <w:p w14:paraId="208ADBA5" w14:textId="77777777" w:rsidR="00950F93" w:rsidRDefault="00CB3AD0">
            <w:r>
              <w:rPr>
                <w:b/>
                <w:sz w:val="17"/>
              </w:rPr>
              <w:t>Participant Email</w:t>
            </w:r>
          </w:p>
        </w:tc>
        <w:tc>
          <w:tcPr>
            <w:tcW w:w="5184" w:type="dxa"/>
            <w:vAlign w:val="center"/>
          </w:tcPr>
          <w:p w14:paraId="0A19033D" w14:textId="77777777" w:rsidR="00950F93" w:rsidRDefault="00950F93"/>
        </w:tc>
      </w:tr>
      <w:tr w:rsidR="00950F93" w14:paraId="1255FDA3" w14:textId="77777777">
        <w:trPr>
          <w:jc w:val="center"/>
        </w:trPr>
        <w:tc>
          <w:tcPr>
            <w:tcW w:w="5184" w:type="dxa"/>
            <w:shd w:val="clear" w:color="auto" w:fill="F2F2F2"/>
            <w:vAlign w:val="center"/>
          </w:tcPr>
          <w:p w14:paraId="53AA5FEF" w14:textId="77777777" w:rsidR="00950F93" w:rsidRDefault="00CB3AD0">
            <w:r>
              <w:rPr>
                <w:b/>
                <w:sz w:val="17"/>
              </w:rPr>
              <w:t>Additional Email</w:t>
            </w:r>
          </w:p>
        </w:tc>
        <w:tc>
          <w:tcPr>
            <w:tcW w:w="5184" w:type="dxa"/>
            <w:vAlign w:val="center"/>
          </w:tcPr>
          <w:p w14:paraId="4A2F4424" w14:textId="77777777" w:rsidR="00950F93" w:rsidRDefault="00950F93"/>
        </w:tc>
      </w:tr>
      <w:tr w:rsidR="00950F93" w14:paraId="6AF45F2F" w14:textId="77777777">
        <w:trPr>
          <w:jc w:val="center"/>
        </w:trPr>
        <w:tc>
          <w:tcPr>
            <w:tcW w:w="5184" w:type="dxa"/>
            <w:shd w:val="clear" w:color="auto" w:fill="F2F2F2"/>
            <w:vAlign w:val="center"/>
          </w:tcPr>
          <w:p w14:paraId="07F0008E" w14:textId="77777777" w:rsidR="00950F93" w:rsidRDefault="00CB3AD0">
            <w:r>
              <w:rPr>
                <w:b/>
                <w:sz w:val="17"/>
              </w:rPr>
              <w:t>Age</w:t>
            </w:r>
          </w:p>
        </w:tc>
        <w:tc>
          <w:tcPr>
            <w:tcW w:w="5184" w:type="dxa"/>
            <w:vAlign w:val="center"/>
          </w:tcPr>
          <w:p w14:paraId="1D51ECC1" w14:textId="77777777" w:rsidR="00950F93" w:rsidRDefault="00950F93"/>
        </w:tc>
      </w:tr>
      <w:tr w:rsidR="00950F93" w14:paraId="04450749" w14:textId="77777777">
        <w:trPr>
          <w:jc w:val="center"/>
        </w:trPr>
        <w:tc>
          <w:tcPr>
            <w:tcW w:w="5184" w:type="dxa"/>
            <w:shd w:val="clear" w:color="auto" w:fill="F2F2F2"/>
            <w:vAlign w:val="center"/>
          </w:tcPr>
          <w:p w14:paraId="3BF47B52" w14:textId="77777777" w:rsidR="00950F93" w:rsidRDefault="00CB3AD0">
            <w:r>
              <w:rPr>
                <w:b/>
                <w:sz w:val="17"/>
              </w:rPr>
              <w:t>Date of Birth</w:t>
            </w:r>
          </w:p>
        </w:tc>
        <w:tc>
          <w:tcPr>
            <w:tcW w:w="5184" w:type="dxa"/>
            <w:vAlign w:val="center"/>
          </w:tcPr>
          <w:p w14:paraId="2D2BCC30" w14:textId="77777777" w:rsidR="00950F93" w:rsidRDefault="00950F93"/>
        </w:tc>
      </w:tr>
      <w:tr w:rsidR="00950F93" w14:paraId="2571B168" w14:textId="77777777">
        <w:trPr>
          <w:jc w:val="center"/>
        </w:trPr>
        <w:tc>
          <w:tcPr>
            <w:tcW w:w="5184" w:type="dxa"/>
            <w:shd w:val="clear" w:color="auto" w:fill="F2F2F2"/>
            <w:vAlign w:val="center"/>
          </w:tcPr>
          <w:p w14:paraId="673537AF" w14:textId="77777777" w:rsidR="00950F93" w:rsidRDefault="00CB3AD0">
            <w:r>
              <w:rPr>
                <w:b/>
                <w:sz w:val="17"/>
              </w:rPr>
              <w:t>Gender</w:t>
            </w:r>
          </w:p>
        </w:tc>
        <w:tc>
          <w:tcPr>
            <w:tcW w:w="5184" w:type="dxa"/>
            <w:vAlign w:val="center"/>
          </w:tcPr>
          <w:p w14:paraId="7FA62F4E" w14:textId="77777777" w:rsidR="00950F93" w:rsidRDefault="00950F93"/>
        </w:tc>
      </w:tr>
      <w:tr w:rsidR="00950F93" w14:paraId="650A761D" w14:textId="77777777">
        <w:trPr>
          <w:jc w:val="center"/>
        </w:trPr>
        <w:tc>
          <w:tcPr>
            <w:tcW w:w="5184" w:type="dxa"/>
            <w:shd w:val="clear" w:color="auto" w:fill="F2F2F2"/>
            <w:vAlign w:val="center"/>
          </w:tcPr>
          <w:p w14:paraId="15AFB62E" w14:textId="77777777" w:rsidR="00950F93" w:rsidRDefault="00CB3AD0">
            <w:r>
              <w:rPr>
                <w:b/>
                <w:sz w:val="17"/>
              </w:rPr>
              <w:t>Production</w:t>
            </w:r>
          </w:p>
        </w:tc>
        <w:tc>
          <w:tcPr>
            <w:tcW w:w="5184" w:type="dxa"/>
            <w:vAlign w:val="center"/>
          </w:tcPr>
          <w:p w14:paraId="10ECBC8F" w14:textId="77777777" w:rsidR="00950F93" w:rsidRDefault="00CB3AD0">
            <w:r>
              <w:rPr>
                <w:sz w:val="17"/>
              </w:rPr>
              <w:t>The Nutcracker / Swan Lake / Cinderella / Snow White and the Seven Dwarfs</w:t>
            </w:r>
          </w:p>
        </w:tc>
      </w:tr>
    </w:tbl>
    <w:p w14:paraId="5D623144" w14:textId="77777777" w:rsidR="00950F93" w:rsidRDefault="00CB3AD0">
      <w:pPr>
        <w:pBdr>
          <w:bottom w:val="single" w:sz="6" w:space="1" w:color="D9D9D9"/>
        </w:pBdr>
        <w:spacing w:before="80" w:after="40"/>
      </w:pPr>
      <w:r>
        <w:rPr>
          <w:b/>
          <w:sz w:val="21"/>
        </w:rPr>
        <w:t>MEASUREMENTS, INCHES ONLY</w:t>
      </w:r>
    </w:p>
    <w:tbl>
      <w:tblPr>
        <w:tblStyle w:val="TableGrid"/>
        <w:tblW w:w="0" w:type="auto"/>
        <w:jc w:val="center"/>
        <w:tblLook w:val="04A0" w:firstRow="1" w:lastRow="0" w:firstColumn="1" w:lastColumn="0" w:noHBand="0" w:noVBand="1"/>
      </w:tblPr>
      <w:tblGrid>
        <w:gridCol w:w="2592"/>
        <w:gridCol w:w="2592"/>
        <w:gridCol w:w="2592"/>
        <w:gridCol w:w="2592"/>
      </w:tblGrid>
      <w:tr w:rsidR="00950F93" w14:paraId="7DC859CE" w14:textId="77777777">
        <w:trPr>
          <w:jc w:val="center"/>
        </w:trPr>
        <w:tc>
          <w:tcPr>
            <w:tcW w:w="2592" w:type="dxa"/>
            <w:shd w:val="clear" w:color="auto" w:fill="F2F2F2"/>
            <w:vAlign w:val="center"/>
          </w:tcPr>
          <w:p w14:paraId="1B08EBC6" w14:textId="77777777" w:rsidR="00950F93" w:rsidRDefault="00CB3AD0">
            <w:r>
              <w:rPr>
                <w:b/>
                <w:sz w:val="17"/>
              </w:rPr>
              <w:t>Girth</w:t>
            </w:r>
          </w:p>
        </w:tc>
        <w:tc>
          <w:tcPr>
            <w:tcW w:w="2592" w:type="dxa"/>
            <w:shd w:val="clear" w:color="auto" w:fill="F2F2F2"/>
            <w:vAlign w:val="center"/>
          </w:tcPr>
          <w:p w14:paraId="4049DE40" w14:textId="77777777" w:rsidR="00950F93" w:rsidRDefault="00CB3AD0">
            <w:r>
              <w:rPr>
                <w:b/>
                <w:sz w:val="17"/>
              </w:rPr>
              <w:t>Bust or Chest</w:t>
            </w:r>
          </w:p>
        </w:tc>
        <w:tc>
          <w:tcPr>
            <w:tcW w:w="2592" w:type="dxa"/>
            <w:shd w:val="clear" w:color="auto" w:fill="F2F2F2"/>
            <w:vAlign w:val="center"/>
          </w:tcPr>
          <w:p w14:paraId="6CE0167D" w14:textId="77777777" w:rsidR="00950F93" w:rsidRDefault="00CB3AD0">
            <w:r>
              <w:rPr>
                <w:b/>
                <w:sz w:val="17"/>
              </w:rPr>
              <w:t>Waist</w:t>
            </w:r>
          </w:p>
        </w:tc>
        <w:tc>
          <w:tcPr>
            <w:tcW w:w="2592" w:type="dxa"/>
            <w:shd w:val="clear" w:color="auto" w:fill="F2F2F2"/>
            <w:vAlign w:val="center"/>
          </w:tcPr>
          <w:p w14:paraId="6BCBA00F" w14:textId="77777777" w:rsidR="00950F93" w:rsidRDefault="00CB3AD0">
            <w:r>
              <w:rPr>
                <w:b/>
                <w:sz w:val="17"/>
              </w:rPr>
              <w:t>Hips</w:t>
            </w:r>
          </w:p>
        </w:tc>
      </w:tr>
      <w:tr w:rsidR="00950F93" w14:paraId="5B61EB8E" w14:textId="77777777">
        <w:trPr>
          <w:jc w:val="center"/>
        </w:trPr>
        <w:tc>
          <w:tcPr>
            <w:tcW w:w="2592" w:type="dxa"/>
            <w:vAlign w:val="center"/>
          </w:tcPr>
          <w:p w14:paraId="0A2A2581" w14:textId="77777777" w:rsidR="00950F93" w:rsidRDefault="00950F93"/>
        </w:tc>
        <w:tc>
          <w:tcPr>
            <w:tcW w:w="2592" w:type="dxa"/>
            <w:vAlign w:val="center"/>
          </w:tcPr>
          <w:p w14:paraId="0DED8E79" w14:textId="77777777" w:rsidR="00950F93" w:rsidRDefault="00950F93"/>
        </w:tc>
        <w:tc>
          <w:tcPr>
            <w:tcW w:w="2592" w:type="dxa"/>
            <w:vAlign w:val="center"/>
          </w:tcPr>
          <w:p w14:paraId="6D7F6BCE" w14:textId="77777777" w:rsidR="00950F93" w:rsidRDefault="00950F93"/>
        </w:tc>
        <w:tc>
          <w:tcPr>
            <w:tcW w:w="2592" w:type="dxa"/>
            <w:vAlign w:val="center"/>
          </w:tcPr>
          <w:p w14:paraId="4C57B259" w14:textId="77777777" w:rsidR="00950F93" w:rsidRDefault="00950F93"/>
        </w:tc>
      </w:tr>
      <w:tr w:rsidR="00950F93" w14:paraId="65BFE21B" w14:textId="77777777">
        <w:trPr>
          <w:jc w:val="center"/>
        </w:trPr>
        <w:tc>
          <w:tcPr>
            <w:tcW w:w="2592" w:type="dxa"/>
            <w:vAlign w:val="center"/>
          </w:tcPr>
          <w:p w14:paraId="56967DA7" w14:textId="77777777" w:rsidR="00950F93" w:rsidRDefault="00950F93"/>
        </w:tc>
        <w:tc>
          <w:tcPr>
            <w:tcW w:w="2592" w:type="dxa"/>
            <w:vAlign w:val="center"/>
          </w:tcPr>
          <w:p w14:paraId="665F4C0D" w14:textId="77777777" w:rsidR="00950F93" w:rsidRDefault="00950F93"/>
        </w:tc>
        <w:tc>
          <w:tcPr>
            <w:tcW w:w="2592" w:type="dxa"/>
            <w:vAlign w:val="center"/>
          </w:tcPr>
          <w:p w14:paraId="70F58D80" w14:textId="77777777" w:rsidR="00950F93" w:rsidRDefault="00950F93"/>
        </w:tc>
        <w:tc>
          <w:tcPr>
            <w:tcW w:w="2592" w:type="dxa"/>
            <w:vAlign w:val="center"/>
          </w:tcPr>
          <w:p w14:paraId="17424E3B" w14:textId="77777777" w:rsidR="00950F93" w:rsidRDefault="00950F93"/>
        </w:tc>
      </w:tr>
      <w:tr w:rsidR="00950F93" w14:paraId="06EC7738" w14:textId="77777777">
        <w:trPr>
          <w:jc w:val="center"/>
        </w:trPr>
        <w:tc>
          <w:tcPr>
            <w:tcW w:w="2592" w:type="dxa"/>
            <w:vAlign w:val="center"/>
          </w:tcPr>
          <w:p w14:paraId="0D521A40" w14:textId="77777777" w:rsidR="00950F93" w:rsidRDefault="00950F93"/>
        </w:tc>
        <w:tc>
          <w:tcPr>
            <w:tcW w:w="2592" w:type="dxa"/>
            <w:vAlign w:val="center"/>
          </w:tcPr>
          <w:p w14:paraId="21C5C711" w14:textId="77777777" w:rsidR="00950F93" w:rsidRDefault="00950F93"/>
        </w:tc>
        <w:tc>
          <w:tcPr>
            <w:tcW w:w="2592" w:type="dxa"/>
            <w:vAlign w:val="center"/>
          </w:tcPr>
          <w:p w14:paraId="3B72AB65" w14:textId="77777777" w:rsidR="00950F93" w:rsidRDefault="00950F93"/>
        </w:tc>
        <w:tc>
          <w:tcPr>
            <w:tcW w:w="2592" w:type="dxa"/>
            <w:vAlign w:val="center"/>
          </w:tcPr>
          <w:p w14:paraId="392621D3" w14:textId="77777777" w:rsidR="00950F93" w:rsidRDefault="00950F93"/>
        </w:tc>
      </w:tr>
      <w:tr w:rsidR="00950F93" w14:paraId="47614580" w14:textId="77777777">
        <w:trPr>
          <w:jc w:val="center"/>
        </w:trPr>
        <w:tc>
          <w:tcPr>
            <w:tcW w:w="2592" w:type="dxa"/>
            <w:vAlign w:val="center"/>
          </w:tcPr>
          <w:p w14:paraId="38A65179" w14:textId="77777777" w:rsidR="00950F93" w:rsidRDefault="00950F93"/>
        </w:tc>
        <w:tc>
          <w:tcPr>
            <w:tcW w:w="2592" w:type="dxa"/>
            <w:vAlign w:val="center"/>
          </w:tcPr>
          <w:p w14:paraId="5F90564A" w14:textId="77777777" w:rsidR="00950F93" w:rsidRDefault="00950F93"/>
        </w:tc>
        <w:tc>
          <w:tcPr>
            <w:tcW w:w="2592" w:type="dxa"/>
            <w:vAlign w:val="center"/>
          </w:tcPr>
          <w:p w14:paraId="3F4B2BBA" w14:textId="77777777" w:rsidR="00950F93" w:rsidRDefault="00950F93"/>
        </w:tc>
        <w:tc>
          <w:tcPr>
            <w:tcW w:w="2592" w:type="dxa"/>
            <w:vAlign w:val="center"/>
          </w:tcPr>
          <w:p w14:paraId="41D9460D" w14:textId="77777777" w:rsidR="00950F93" w:rsidRDefault="00950F93"/>
        </w:tc>
      </w:tr>
    </w:tbl>
    <w:p w14:paraId="79B42519" w14:textId="77777777" w:rsidR="00950F93" w:rsidRDefault="00CB3AD0">
      <w:pPr>
        <w:pBdr>
          <w:bottom w:val="single" w:sz="6" w:space="1" w:color="D9D9D9"/>
        </w:pBdr>
        <w:spacing w:before="80" w:after="40"/>
      </w:pPr>
      <w:r>
        <w:rPr>
          <w:b/>
          <w:sz w:val="21"/>
        </w:rPr>
        <w:t>RELEASE, WAIVER, AND MEDIA CONSENT</w:t>
      </w:r>
    </w:p>
    <w:p w14:paraId="0F003BFA" w14:textId="77777777" w:rsidR="00950F93" w:rsidRDefault="00CB3AD0">
      <w:pPr>
        <w:spacing w:after="60"/>
      </w:pPr>
      <w:r>
        <w:t xml:space="preserve">I understand that participation in auditions, rehearsals, classes, and performances connected with Classical Arts Entertainment, Inc. and the I Love To Dance Program involves physical activity and may involve inherent risks. I hereby release, waive, and hold harmless Classical Arts Entertainment, Inc., its directors, officers, employees, contractors, representatives, agents, venues, host studios, and affiliates from claims arising from injury, illness, loss, or damage related to participation, except where </w:t>
      </w:r>
      <w:r>
        <w:t>prohibited by law. I confirm that the participant is physically able to participate in dance activities and that I will disclose any medical condition that may affect safe participation. I further authorize Classical Arts Entertainment, Inc. to photograph, film, and record the participant during auditions, rehearsals, classes, performances, and related activities, and to use such materials for promotional, archival, educational, and marketing purposes without additional compensation.</w:t>
      </w:r>
    </w:p>
    <w:p w14:paraId="17099E18" w14:textId="77777777" w:rsidR="00950F93" w:rsidRDefault="00CB3AD0">
      <w:pPr>
        <w:pBdr>
          <w:bottom w:val="single" w:sz="6" w:space="1" w:color="D9D9D9"/>
        </w:pBdr>
        <w:spacing w:before="80" w:after="40"/>
      </w:pPr>
      <w:r>
        <w:rPr>
          <w:b/>
          <w:sz w:val="21"/>
        </w:rPr>
        <w:t>ACKNOWLEDGMENT</w:t>
      </w:r>
    </w:p>
    <w:p w14:paraId="6702C201" w14:textId="77777777" w:rsidR="00950F93" w:rsidRDefault="00CB3AD0">
      <w:pPr>
        <w:spacing w:after="60"/>
      </w:pPr>
      <w:r>
        <w:t>I have read and understand the audition information, participation expectations, attendance requirements, costume rules, photography and video policy, ticketing requirements, and all other program guidelines provided by Classical Arts Entertainment, Inc. I understand that submitting this form does not guarantee acceptance into the cast.</w:t>
      </w:r>
    </w:p>
    <w:tbl>
      <w:tblPr>
        <w:tblStyle w:val="TableGrid"/>
        <w:tblW w:w="0" w:type="auto"/>
        <w:jc w:val="center"/>
        <w:tblLook w:val="04A0" w:firstRow="1" w:lastRow="0" w:firstColumn="1" w:lastColumn="0" w:noHBand="0" w:noVBand="1"/>
      </w:tblPr>
      <w:tblGrid>
        <w:gridCol w:w="5184"/>
        <w:gridCol w:w="5184"/>
      </w:tblGrid>
      <w:tr w:rsidR="00950F93" w14:paraId="638DE15C" w14:textId="77777777">
        <w:trPr>
          <w:jc w:val="center"/>
        </w:trPr>
        <w:tc>
          <w:tcPr>
            <w:tcW w:w="5184" w:type="dxa"/>
            <w:vAlign w:val="center"/>
          </w:tcPr>
          <w:p w14:paraId="5F80D9CE" w14:textId="77777777" w:rsidR="00950F93" w:rsidRDefault="00CB3AD0">
            <w:pPr>
              <w:rPr>
                <w:b/>
                <w:sz w:val="17"/>
              </w:rPr>
            </w:pPr>
            <w:r>
              <w:rPr>
                <w:b/>
                <w:sz w:val="17"/>
              </w:rPr>
              <w:t>Participant Signature</w:t>
            </w:r>
          </w:p>
          <w:p w14:paraId="6FD97E8C" w14:textId="77777777" w:rsidR="00A337CB" w:rsidRDefault="00A337CB"/>
        </w:tc>
        <w:tc>
          <w:tcPr>
            <w:tcW w:w="5184" w:type="dxa"/>
            <w:vAlign w:val="center"/>
          </w:tcPr>
          <w:p w14:paraId="05D8A711" w14:textId="3BA64A7A" w:rsidR="00950F93" w:rsidRDefault="00950F93"/>
        </w:tc>
      </w:tr>
      <w:tr w:rsidR="00950F93" w14:paraId="49F36FB8" w14:textId="77777777">
        <w:trPr>
          <w:jc w:val="center"/>
        </w:trPr>
        <w:tc>
          <w:tcPr>
            <w:tcW w:w="5184" w:type="dxa"/>
            <w:vAlign w:val="center"/>
          </w:tcPr>
          <w:p w14:paraId="7D6138DE" w14:textId="77777777" w:rsidR="00950F93" w:rsidRDefault="00CB3AD0">
            <w:pPr>
              <w:rPr>
                <w:b/>
                <w:sz w:val="17"/>
              </w:rPr>
            </w:pPr>
            <w:r>
              <w:rPr>
                <w:b/>
                <w:sz w:val="17"/>
              </w:rPr>
              <w:t>Date</w:t>
            </w:r>
          </w:p>
          <w:p w14:paraId="550B6A60" w14:textId="77777777" w:rsidR="00A337CB" w:rsidRDefault="00A337CB"/>
        </w:tc>
        <w:tc>
          <w:tcPr>
            <w:tcW w:w="5184" w:type="dxa"/>
            <w:vAlign w:val="center"/>
          </w:tcPr>
          <w:p w14:paraId="31FCCA8E" w14:textId="10F2A0E1" w:rsidR="00950F93" w:rsidRDefault="00950F93"/>
        </w:tc>
      </w:tr>
      <w:tr w:rsidR="00950F93" w14:paraId="120C8F68" w14:textId="77777777">
        <w:trPr>
          <w:jc w:val="center"/>
        </w:trPr>
        <w:tc>
          <w:tcPr>
            <w:tcW w:w="5184" w:type="dxa"/>
            <w:vAlign w:val="center"/>
          </w:tcPr>
          <w:p w14:paraId="560F47FB" w14:textId="77777777" w:rsidR="00950F93" w:rsidRDefault="00CB3AD0">
            <w:pPr>
              <w:rPr>
                <w:b/>
                <w:sz w:val="17"/>
              </w:rPr>
            </w:pPr>
            <w:r>
              <w:rPr>
                <w:b/>
                <w:sz w:val="17"/>
              </w:rPr>
              <w:t>Parent or Guardian Signature</w:t>
            </w:r>
          </w:p>
          <w:p w14:paraId="1B11C049" w14:textId="77777777" w:rsidR="00A337CB" w:rsidRDefault="00A337CB"/>
        </w:tc>
        <w:tc>
          <w:tcPr>
            <w:tcW w:w="5184" w:type="dxa"/>
            <w:vAlign w:val="center"/>
          </w:tcPr>
          <w:p w14:paraId="130A6D37" w14:textId="76390CD9" w:rsidR="00950F93" w:rsidRDefault="00950F93"/>
        </w:tc>
      </w:tr>
      <w:tr w:rsidR="00950F93" w14:paraId="70B30544" w14:textId="77777777">
        <w:trPr>
          <w:jc w:val="center"/>
        </w:trPr>
        <w:tc>
          <w:tcPr>
            <w:tcW w:w="5184" w:type="dxa"/>
            <w:vAlign w:val="center"/>
          </w:tcPr>
          <w:p w14:paraId="4C2ED516" w14:textId="77777777" w:rsidR="00950F93" w:rsidRDefault="00CB3AD0">
            <w:pPr>
              <w:rPr>
                <w:b/>
                <w:sz w:val="17"/>
              </w:rPr>
            </w:pPr>
            <w:r>
              <w:rPr>
                <w:b/>
                <w:sz w:val="17"/>
              </w:rPr>
              <w:t>Date</w:t>
            </w:r>
          </w:p>
          <w:p w14:paraId="06E633A5" w14:textId="77777777" w:rsidR="00A337CB" w:rsidRDefault="00A337CB"/>
        </w:tc>
        <w:tc>
          <w:tcPr>
            <w:tcW w:w="5184" w:type="dxa"/>
            <w:vAlign w:val="center"/>
          </w:tcPr>
          <w:p w14:paraId="4857F085" w14:textId="4FD87C14" w:rsidR="00950F93" w:rsidRDefault="00950F93"/>
        </w:tc>
      </w:tr>
    </w:tbl>
    <w:p w14:paraId="1EDDF193" w14:textId="77777777" w:rsidR="00FE2ED2" w:rsidRDefault="00FE2ED2"/>
    <w:sectPr w:rsidR="00FE2ED2" w:rsidSect="00034616">
      <w:headerReference w:type="default" r:id="rId8"/>
      <w:footerReference w:type="default" r:id="rId9"/>
      <w:pgSz w:w="12240" w:h="15840"/>
      <w:pgMar w:top="792" w:right="936" w:bottom="792" w:left="93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AE80A" w14:textId="77777777" w:rsidR="00CB3AD0" w:rsidRDefault="00CB3AD0">
      <w:pPr>
        <w:spacing w:after="0" w:line="240" w:lineRule="auto"/>
      </w:pPr>
      <w:r>
        <w:separator/>
      </w:r>
    </w:p>
  </w:endnote>
  <w:endnote w:type="continuationSeparator" w:id="0">
    <w:p w14:paraId="37F8E9E8" w14:textId="77777777" w:rsidR="00CB3AD0" w:rsidRDefault="00CB3A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23B1F" w14:textId="77777777" w:rsidR="00950F93" w:rsidRDefault="00CB3AD0">
    <w:pPr>
      <w:pStyle w:val="Footer"/>
      <w:jc w:val="center"/>
    </w:pPr>
    <w:r>
      <w:rPr>
        <w:sz w:val="16"/>
      </w:rPr>
      <w:t xml:space="preserve">Classical Arts Entertainment, Inc. | I Love </w:t>
    </w:r>
    <w:proofErr w:type="gramStart"/>
    <w:r>
      <w:rPr>
        <w:sz w:val="16"/>
      </w:rPr>
      <w:t>To</w:t>
    </w:r>
    <w:proofErr w:type="gramEnd"/>
    <w:r>
      <w:rPr>
        <w:sz w:val="16"/>
      </w:rPr>
      <w:t xml:space="preserve"> Dance Program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74E9BD" w14:textId="77777777" w:rsidR="00CB3AD0" w:rsidRDefault="00CB3AD0">
      <w:pPr>
        <w:spacing w:after="0" w:line="240" w:lineRule="auto"/>
      </w:pPr>
      <w:r>
        <w:separator/>
      </w:r>
    </w:p>
  </w:footnote>
  <w:footnote w:type="continuationSeparator" w:id="0">
    <w:p w14:paraId="597F3174" w14:textId="77777777" w:rsidR="00CB3AD0" w:rsidRDefault="00CB3A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42381" w14:textId="13F8618B" w:rsidR="00950F93" w:rsidRDefault="00CB3AD0">
    <w:pPr>
      <w:pStyle w:val="Header"/>
      <w:pBdr>
        <w:bottom w:val="single" w:sz="6" w:space="1" w:color="B7B7B7"/>
      </w:pBdr>
      <w:jc w:val="center"/>
    </w:pPr>
    <w:r>
      <w:rPr>
        <w:b/>
        <w:sz w:val="21"/>
      </w:rPr>
      <w:t>Classical Arts Entertainment, Inc.</w:t>
    </w:r>
    <w:r>
      <w:br/>
    </w:r>
    <w:r>
      <w:rPr>
        <w:sz w:val="16"/>
      </w:rPr>
      <w:t>3</w:t>
    </w:r>
    <w:r w:rsidR="00A337CB">
      <w:rPr>
        <w:sz w:val="16"/>
      </w:rPr>
      <w:t>0 Bay</w:t>
    </w:r>
    <w:r>
      <w:rPr>
        <w:sz w:val="16"/>
      </w:rPr>
      <w:t xml:space="preserve"> 25th Street, Suite C4, Brooklyn, New York 112</w:t>
    </w:r>
    <w:r w:rsidR="00A337CB">
      <w:rPr>
        <w:sz w:val="16"/>
      </w:rPr>
      <w:t>14</w:t>
    </w:r>
    <w:r>
      <w:rPr>
        <w:sz w:val="16"/>
      </w:rPr>
      <w:t xml:space="preserve"> | Tel: (718) 954-2413 | Alt: (877) 777-6688 | m.classicalarts@gmail.com | www.classicalarts.net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809446389">
    <w:abstractNumId w:val="8"/>
  </w:num>
  <w:num w:numId="2" w16cid:durableId="703402744">
    <w:abstractNumId w:val="6"/>
  </w:num>
  <w:num w:numId="3" w16cid:durableId="368189364">
    <w:abstractNumId w:val="5"/>
  </w:num>
  <w:num w:numId="4" w16cid:durableId="867714821">
    <w:abstractNumId w:val="4"/>
  </w:num>
  <w:num w:numId="5" w16cid:durableId="448201398">
    <w:abstractNumId w:val="7"/>
  </w:num>
  <w:num w:numId="6" w16cid:durableId="241257047">
    <w:abstractNumId w:val="3"/>
  </w:num>
  <w:num w:numId="7" w16cid:durableId="1595090131">
    <w:abstractNumId w:val="2"/>
  </w:num>
  <w:num w:numId="8" w16cid:durableId="597103710">
    <w:abstractNumId w:val="1"/>
  </w:num>
  <w:num w:numId="9" w16cid:durableId="7389426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6287C"/>
    <w:rsid w:val="00622F32"/>
    <w:rsid w:val="00950F93"/>
    <w:rsid w:val="00A337CB"/>
    <w:rsid w:val="00AA1D8D"/>
    <w:rsid w:val="00B47730"/>
    <w:rsid w:val="00CB0664"/>
    <w:rsid w:val="00CB3AD0"/>
    <w:rsid w:val="00F24861"/>
    <w:rsid w:val="00FC693F"/>
    <w:rsid w:val="00FE2E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108B46A"/>
  <w14:defaultImageDpi w14:val="300"/>
  <w15:docId w15:val="{041BB742-6FA8-BF4E-A9ED-F75544855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280</Words>
  <Characters>1598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Patti Willey</cp:lastModifiedBy>
  <cp:revision>2</cp:revision>
  <dcterms:created xsi:type="dcterms:W3CDTF">2026-08-05T16:37:00Z</dcterms:created>
  <dcterms:modified xsi:type="dcterms:W3CDTF">2026-08-05T16:37:00Z</dcterms:modified>
  <cp:category/>
</cp:coreProperties>
</file>